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"דרך הרוח" מאת עמוס עוז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עלילת הסיפור, דמויותיו ומבנהו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נושאים ומוטיבים מרכזיים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אמצעים אמנותיים וציטוטים נבחרים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העלילה -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צנחן צעיר מהקיבוץ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מחשש שלא יזהו אותו בין הצנחנים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מתחשמל ומת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אביו של גדעון, הוגה ומייסד קיבוצי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זאקי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עקדת יצחק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רגיש ופגיע, בניגוד לאביו החזק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מתואר כאדם חזק, רהוט ובטוח בעצמו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העלילה מתרחשת ביום אחד, משחר עד 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נרמז בסיפור בכמה מקומות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הסיום פתוח-אירוני, מתואר באור ובשקט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נאמר בדף התוכן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צנחן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נערצים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חשמל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שושלת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דמויות למאפיינים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(צנחן רגיש ופגיע, מבקש הכרה מאביו)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(מייסד קיבוצי נערץ, יהיר ושתלטני)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(ילד פרוע, לפי רמזים בנו הלא-חוקי של שמשון)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(אמו של גדעון, מתוארת באופן נלעג)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אירועים בעלילה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יומו האחרון של גדעון נפתח בזריחת שמש נהדרת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גדעון פותח גם את המצנח הרזרבי כדי לבלוט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הרוח סוחפת את גדעון וחופותיו מסתבכות בכבל החשמל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אנשי הקיבוץ מתאספים וצועקים עצות סותרות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גדעון מטלטל את עצמו אל הכבל ומת מהתחשמלות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הסיפור נחתם בתיאור הנוף השליו של הערב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ניתוח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האב מזלזל בבנו בילדותו, ובסוף גדעון אכן מת והשושלת לא נמשכת - בדיוק כפי שהאב חשב, אך לא באופן שציפה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גדעון נותר תלוי בין שמיים וארץ, בין רצונו לברוח מעולם האב לבין המשיכה חזרה לקרקע ולקיבוץ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הקיבוץ מוצג כקהילה שצופה ושופטת ואינה רואה את היחיד; הדור השני נכשל לעמוד בדמות הצבר האידיאלי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פתיחת המצנח הרזרבי מחשש שלא יזהו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עקדת יצחק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המתייחסת לציפיות האב ולניסיון גדעון לזכות בהכרתו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בכיתה את הציטוטים המרכזיים ולדון במשמעותם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הגיבור הציוני האידיאלי לבין הדמות הפגיעה של גדעון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חלק הכתיבה הפתוח לעבודה בזוגות ולדיון משותף בסיום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"דרך הרוח" מאת עמוס עוז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סיפור קצר על צנחן צעיר בשם גדעון, שקורה לו דבר נורא ביום הצניחה שלו. נלמד על הדמויות ועל הרעיונות בסיפור.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צנחן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חייל שקופץ ממטוס עם מצנח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מצנח רזרבי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מצנח נוסף, ליתר ביטחון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שושלת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המשך של משפחה מדור לדור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אירוניה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כשקורה הפוך ממה שציפו 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עקדה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מקראי על אברהם ובנו יצחק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אידאולוגיה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מערכת רעיונות ואמונות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גרוטסקי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מוזר ומעורר אי נוחות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כל־יודע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שיודע את מחשבות כל הדמויות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העלילה -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התפקיד של גדעון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מזכיר הקיבוץ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צנחן צעיר מהקיבוץ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מפקד הצנחנים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 של זאקי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גדעון פתח מצנח נוסף?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לנחות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מחשש שלא יזהו אותו בין הצנחנים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המצנח הראשון התקלקל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אביו ביקש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נגמר הסיפור בשביל גדעון?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נוחת בשלום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מתחשמל ומת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חוזר לקיבוץ בגאווה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נפצע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זה שמשון?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אביו של גדעון, הוגה ומייסד קיבוצי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מורו של גדעון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קצין צבאי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רופא הקיבוץ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לועג לגדעון?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זאקי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סיפור מהתנ״ך דומה לסיפור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מגדל בבל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עקדת יצחק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דוד וגוליית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יציאת מצרים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גדעון דומה באופיו לאמו יותר מאשר לאביו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שמשון שיינבוים הוא איש חלש וביישן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מתרחש לאורך כמה שבועות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זאקי, לפי רמזים בסיפור, הוא בנו הלא-חוקי של שמשון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הסיום מתואר כטרגדיה רועשת ואלימה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הסיפור רומז לספר קהלת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גדעון שנהב הוא __________ צעיר מקיבוץ נוף חריש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שמשון שיינבוים הוא מן ההוגים והמייסדים ה__________ של התנועה הקיבוצית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גדעון נסחף ברוח ושתי חופותיו מסתבכות בכבל __________ של מתח גבוה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האב מקווה שבנו ימשיך את ה__________ המשפחתית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הסיפור מסתיים בתיאור ה__________ השליו של ערב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דמויות למאפיינים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גדעון שנהב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אמו של גדעון, מתוארת באופן נלעג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שמשון שיינבוים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ילד פרוע, לפי רמזים בנו הלא-חוקי של שמשון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זאקי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מייסד קיבוצי נערץ, יהיר ושתלטני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רעיה גרינשפן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צנחן רגיש ופגיע, מבקש הכרה מאביו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אירועים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גדעון פותח גם את המצנח הרזרבי כדי לבלוט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הרוח סוחפת את גדעון וחופותיו מסתבכות בכבל החשמל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גדעון מטלטל את עצמו אל הכבל ומת מהתחשמלות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יומו האחרון של גדעון נפתח בזריחת שמש נהדרת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נחתם בתיאור הנוף השליו של הערב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 הקיבוץ מתאספים וצועקים עצות סותרות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ניתוח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הציטוט "בילד כמו גדעון אין מייסדים שושלת" מתגשם באופן אירוני בסוף 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מסמל כבל החשמל שבו נתקע גדעון?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ניתן לראות בסיפור ביקורת על האידאולוגיה הקיבוצית?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גורם לגדעון להסתבך בכבל החשמל?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לאיזה סיפור מקראי מרמזים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על היחס בין גדעון לאביו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"דרך הרוח" מאת עמוס עוז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